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247" w:rsidRPr="00502B7B" w:rsidRDefault="002005B1">
      <w:pPr>
        <w:jc w:val="right"/>
        <w:rPr>
          <w:i/>
          <w:lang w:val="ru-RU"/>
        </w:rPr>
      </w:pPr>
      <w:proofErr w:type="spellStart"/>
      <w:r w:rsidRPr="00502B7B">
        <w:rPr>
          <w:i/>
          <w:lang w:val="ru-RU"/>
        </w:rPr>
        <w:t>Додаток</w:t>
      </w:r>
      <w:proofErr w:type="spellEnd"/>
      <w:r w:rsidRPr="00502B7B">
        <w:rPr>
          <w:i/>
          <w:lang w:val="ru-RU"/>
        </w:rPr>
        <w:t xml:space="preserve"> 3</w:t>
      </w:r>
      <w:r w:rsidRPr="00502B7B">
        <w:rPr>
          <w:i/>
          <w:lang w:val="ru-RU"/>
        </w:rPr>
        <w:br/>
        <w:t xml:space="preserve">до </w:t>
      </w:r>
      <w:proofErr w:type="spellStart"/>
      <w:r w:rsidRPr="00502B7B">
        <w:rPr>
          <w:i/>
          <w:lang w:val="ru-RU"/>
        </w:rPr>
        <w:t>Антикорупційної</w:t>
      </w:r>
      <w:proofErr w:type="spellEnd"/>
      <w:r w:rsidRPr="00502B7B">
        <w:rPr>
          <w:i/>
          <w:lang w:val="ru-RU"/>
        </w:rPr>
        <w:t xml:space="preserve"> </w:t>
      </w:r>
      <w:proofErr w:type="spellStart"/>
      <w:r w:rsidRPr="00502B7B">
        <w:rPr>
          <w:i/>
          <w:lang w:val="ru-RU"/>
        </w:rPr>
        <w:t>програми</w:t>
      </w:r>
      <w:proofErr w:type="spellEnd"/>
      <w:r w:rsidRPr="00502B7B">
        <w:rPr>
          <w:i/>
          <w:lang w:val="ru-RU"/>
        </w:rPr>
        <w:t xml:space="preserve"> </w:t>
      </w:r>
      <w:proofErr w:type="spellStart"/>
      <w:r w:rsidRPr="00502B7B">
        <w:rPr>
          <w:i/>
          <w:lang w:val="ru-RU"/>
        </w:rPr>
        <w:t>Державної</w:t>
      </w:r>
      <w:proofErr w:type="spellEnd"/>
      <w:r w:rsidRPr="00502B7B">
        <w:rPr>
          <w:i/>
          <w:lang w:val="ru-RU"/>
        </w:rPr>
        <w:t xml:space="preserve"> </w:t>
      </w:r>
      <w:proofErr w:type="spellStart"/>
      <w:r w:rsidRPr="00502B7B">
        <w:rPr>
          <w:i/>
          <w:lang w:val="ru-RU"/>
        </w:rPr>
        <w:t>служби</w:t>
      </w:r>
      <w:proofErr w:type="spellEnd"/>
      <w:r w:rsidRPr="00502B7B">
        <w:rPr>
          <w:i/>
          <w:lang w:val="ru-RU"/>
        </w:rPr>
        <w:t xml:space="preserve"> </w:t>
      </w:r>
      <w:proofErr w:type="spellStart"/>
      <w:r w:rsidRPr="00502B7B">
        <w:rPr>
          <w:i/>
          <w:lang w:val="ru-RU"/>
        </w:rPr>
        <w:t>України</w:t>
      </w:r>
      <w:proofErr w:type="spellEnd"/>
      <w:r w:rsidRPr="00502B7B">
        <w:rPr>
          <w:i/>
          <w:lang w:val="ru-RU"/>
        </w:rPr>
        <w:br/>
        <w:t xml:space="preserve">з </w:t>
      </w:r>
      <w:proofErr w:type="spellStart"/>
      <w:r w:rsidRPr="00502B7B">
        <w:rPr>
          <w:i/>
          <w:lang w:val="ru-RU"/>
        </w:rPr>
        <w:t>питань</w:t>
      </w:r>
      <w:proofErr w:type="spellEnd"/>
      <w:r w:rsidRPr="00502B7B">
        <w:rPr>
          <w:i/>
          <w:lang w:val="ru-RU"/>
        </w:rPr>
        <w:t xml:space="preserve"> </w:t>
      </w:r>
      <w:proofErr w:type="spellStart"/>
      <w:r w:rsidRPr="00502B7B">
        <w:rPr>
          <w:i/>
          <w:lang w:val="ru-RU"/>
        </w:rPr>
        <w:t>безпечності</w:t>
      </w:r>
      <w:proofErr w:type="spellEnd"/>
      <w:r w:rsidRPr="00502B7B">
        <w:rPr>
          <w:i/>
          <w:lang w:val="ru-RU"/>
        </w:rPr>
        <w:t xml:space="preserve"> </w:t>
      </w:r>
      <w:proofErr w:type="spellStart"/>
      <w:r w:rsidRPr="00502B7B">
        <w:rPr>
          <w:i/>
          <w:lang w:val="ru-RU"/>
        </w:rPr>
        <w:t>харчових</w:t>
      </w:r>
      <w:proofErr w:type="spellEnd"/>
      <w:r w:rsidRPr="00502B7B">
        <w:rPr>
          <w:i/>
          <w:lang w:val="ru-RU"/>
        </w:rPr>
        <w:t xml:space="preserve"> </w:t>
      </w:r>
      <w:proofErr w:type="spellStart"/>
      <w:r w:rsidRPr="00502B7B">
        <w:rPr>
          <w:i/>
          <w:lang w:val="ru-RU"/>
        </w:rPr>
        <w:t>продуктів</w:t>
      </w:r>
      <w:proofErr w:type="spellEnd"/>
      <w:r w:rsidRPr="00502B7B">
        <w:rPr>
          <w:i/>
          <w:lang w:val="ru-RU"/>
        </w:rPr>
        <w:t xml:space="preserve"> та </w:t>
      </w:r>
      <w:proofErr w:type="spellStart"/>
      <w:r w:rsidRPr="00502B7B">
        <w:rPr>
          <w:i/>
          <w:lang w:val="ru-RU"/>
        </w:rPr>
        <w:t>захисту</w:t>
      </w:r>
      <w:proofErr w:type="spellEnd"/>
      <w:r w:rsidRPr="00502B7B">
        <w:rPr>
          <w:i/>
          <w:lang w:val="ru-RU"/>
        </w:rPr>
        <w:t xml:space="preserve"> </w:t>
      </w:r>
      <w:proofErr w:type="spellStart"/>
      <w:r w:rsidRPr="00502B7B">
        <w:rPr>
          <w:i/>
          <w:lang w:val="ru-RU"/>
        </w:rPr>
        <w:t>споживачів</w:t>
      </w:r>
      <w:proofErr w:type="spellEnd"/>
      <w:r w:rsidRPr="00502B7B">
        <w:rPr>
          <w:i/>
          <w:lang w:val="ru-RU"/>
        </w:rPr>
        <w:br/>
        <w:t>на 2027–2030 роки</w:t>
      </w:r>
    </w:p>
    <w:p w:rsidR="00BA2247" w:rsidRPr="00502B7B" w:rsidRDefault="002005B1" w:rsidP="00502B7B">
      <w:pPr>
        <w:jc w:val="center"/>
        <w:rPr>
          <w:lang w:val="ru-RU"/>
        </w:rPr>
      </w:pPr>
      <w:r w:rsidRPr="00502B7B">
        <w:rPr>
          <w:b/>
          <w:sz w:val="26"/>
          <w:lang w:val="ru-RU"/>
        </w:rPr>
        <w:t>ПЛАН МОНІТОРИНГУ, ОЦІНКИ ВИКОНАННЯ ТА ПЕРЕГЛЯДУ</w:t>
      </w:r>
      <w:r w:rsidRPr="00502B7B">
        <w:rPr>
          <w:b/>
          <w:sz w:val="26"/>
          <w:lang w:val="ru-RU"/>
        </w:rPr>
        <w:br/>
        <w:t>АНТИКОРУПЦІЙНОЇ ПРОГРАМИ НА 2027–2030 РОКИ</w:t>
      </w:r>
    </w:p>
    <w:p w:rsidR="00BA2247" w:rsidRPr="00502B7B" w:rsidRDefault="002005B1" w:rsidP="00502B7B">
      <w:pPr>
        <w:ind w:firstLine="709"/>
        <w:jc w:val="center"/>
        <w:rPr>
          <w:lang w:val="ru-RU"/>
        </w:rPr>
      </w:pPr>
      <w:proofErr w:type="spellStart"/>
      <w:r w:rsidRPr="00502B7B">
        <w:rPr>
          <w:lang w:val="ru-RU"/>
        </w:rPr>
        <w:t>Моніторинг</w:t>
      </w:r>
      <w:proofErr w:type="spellEnd"/>
      <w:r w:rsidRPr="00502B7B">
        <w:rPr>
          <w:lang w:val="ru-RU"/>
        </w:rPr>
        <w:t xml:space="preserve">, </w:t>
      </w:r>
      <w:proofErr w:type="spellStart"/>
      <w:r w:rsidRPr="00502B7B">
        <w:rPr>
          <w:lang w:val="ru-RU"/>
        </w:rPr>
        <w:t>оцінка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виконання</w:t>
      </w:r>
      <w:proofErr w:type="spellEnd"/>
      <w:r w:rsidRPr="00502B7B">
        <w:rPr>
          <w:lang w:val="ru-RU"/>
        </w:rPr>
        <w:t xml:space="preserve"> та перегляд </w:t>
      </w:r>
      <w:proofErr w:type="spellStart"/>
      <w:r w:rsidRPr="00502B7B">
        <w:rPr>
          <w:lang w:val="ru-RU"/>
        </w:rPr>
        <w:t>Антикорупційної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програми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здійснюються</w:t>
      </w:r>
      <w:proofErr w:type="spellEnd"/>
      <w:r w:rsidRPr="00502B7B">
        <w:rPr>
          <w:lang w:val="ru-RU"/>
        </w:rPr>
        <w:t xml:space="preserve"> систематично </w:t>
      </w:r>
      <w:proofErr w:type="spellStart"/>
      <w:r w:rsidRPr="00502B7B">
        <w:rPr>
          <w:lang w:val="ru-RU"/>
        </w:rPr>
        <w:t>протягом</w:t>
      </w:r>
      <w:proofErr w:type="spellEnd"/>
      <w:r w:rsidRPr="00502B7B">
        <w:rPr>
          <w:lang w:val="ru-RU"/>
        </w:rPr>
        <w:t xml:space="preserve"> строку </w:t>
      </w:r>
      <w:proofErr w:type="spellStart"/>
      <w:r w:rsidRPr="00502B7B">
        <w:rPr>
          <w:lang w:val="ru-RU"/>
        </w:rPr>
        <w:t>її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дії</w:t>
      </w:r>
      <w:proofErr w:type="spellEnd"/>
      <w:r w:rsidRPr="00502B7B">
        <w:rPr>
          <w:lang w:val="ru-RU"/>
        </w:rPr>
        <w:t xml:space="preserve"> з метою </w:t>
      </w:r>
      <w:proofErr w:type="spellStart"/>
      <w:r w:rsidRPr="00502B7B">
        <w:rPr>
          <w:lang w:val="ru-RU"/>
        </w:rPr>
        <w:t>встановлення</w:t>
      </w:r>
      <w:proofErr w:type="spellEnd"/>
      <w:r w:rsidRPr="00502B7B">
        <w:rPr>
          <w:lang w:val="ru-RU"/>
        </w:rPr>
        <w:t xml:space="preserve"> стану </w:t>
      </w:r>
      <w:proofErr w:type="spellStart"/>
      <w:r w:rsidRPr="00502B7B">
        <w:rPr>
          <w:lang w:val="ru-RU"/>
        </w:rPr>
        <w:t>виконання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заходів</w:t>
      </w:r>
      <w:proofErr w:type="spellEnd"/>
      <w:r w:rsidRPr="00502B7B">
        <w:rPr>
          <w:lang w:val="ru-RU"/>
        </w:rPr>
        <w:t xml:space="preserve">, </w:t>
      </w:r>
      <w:proofErr w:type="spellStart"/>
      <w:r w:rsidRPr="00502B7B">
        <w:rPr>
          <w:lang w:val="ru-RU"/>
        </w:rPr>
        <w:t>оцінювання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їх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результативності</w:t>
      </w:r>
      <w:proofErr w:type="spellEnd"/>
      <w:r w:rsidRPr="00502B7B">
        <w:rPr>
          <w:lang w:val="ru-RU"/>
        </w:rPr>
        <w:t xml:space="preserve"> та </w:t>
      </w:r>
      <w:proofErr w:type="spellStart"/>
      <w:r w:rsidRPr="00502B7B">
        <w:rPr>
          <w:lang w:val="ru-RU"/>
        </w:rPr>
        <w:t>своєчасного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реагування</w:t>
      </w:r>
      <w:proofErr w:type="spellEnd"/>
      <w:r w:rsidRPr="00502B7B">
        <w:rPr>
          <w:lang w:val="ru-RU"/>
        </w:rPr>
        <w:t xml:space="preserve"> на </w:t>
      </w:r>
      <w:proofErr w:type="spellStart"/>
      <w:r w:rsidRPr="00502B7B">
        <w:rPr>
          <w:lang w:val="ru-RU"/>
        </w:rPr>
        <w:t>зміну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корупційних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ризиків</w:t>
      </w:r>
      <w:proofErr w:type="spellEnd"/>
      <w:r w:rsidRPr="00502B7B">
        <w:rPr>
          <w:lang w:val="ru-RU"/>
        </w:rPr>
        <w:t xml:space="preserve">. За результатами </w:t>
      </w:r>
      <w:proofErr w:type="spellStart"/>
      <w:r w:rsidRPr="00502B7B">
        <w:rPr>
          <w:lang w:val="ru-RU"/>
        </w:rPr>
        <w:t>моніторингу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Уповноважений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підрозділ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готує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пропозиції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щодо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удосконалення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Програми</w:t>
      </w:r>
      <w:proofErr w:type="spellEnd"/>
      <w:r w:rsidRPr="00502B7B">
        <w:rPr>
          <w:lang w:val="ru-RU"/>
        </w:rPr>
        <w:t xml:space="preserve">, </w:t>
      </w:r>
      <w:proofErr w:type="spellStart"/>
      <w:r w:rsidRPr="00502B7B">
        <w:rPr>
          <w:lang w:val="ru-RU"/>
        </w:rPr>
        <w:t>її</w:t>
      </w:r>
      <w:proofErr w:type="spellEnd"/>
      <w:r w:rsidRPr="00502B7B">
        <w:rPr>
          <w:lang w:val="ru-RU"/>
        </w:rPr>
        <w:t xml:space="preserve"> </w:t>
      </w:r>
      <w:proofErr w:type="spellStart"/>
      <w:r w:rsidRPr="00502B7B">
        <w:rPr>
          <w:lang w:val="ru-RU"/>
        </w:rPr>
        <w:t>заходів</w:t>
      </w:r>
      <w:proofErr w:type="spellEnd"/>
      <w:r w:rsidR="00502B7B">
        <w:rPr>
          <w:lang w:val="ru-RU"/>
        </w:rPr>
        <w:t xml:space="preserve"> та </w:t>
      </w:r>
      <w:proofErr w:type="spellStart"/>
      <w:r w:rsidR="00502B7B">
        <w:rPr>
          <w:lang w:val="ru-RU"/>
        </w:rPr>
        <w:t>Реєстру</w:t>
      </w:r>
      <w:proofErr w:type="spellEnd"/>
      <w:r w:rsidR="00502B7B">
        <w:rPr>
          <w:lang w:val="ru-RU"/>
        </w:rPr>
        <w:t xml:space="preserve"> </w:t>
      </w:r>
      <w:proofErr w:type="spellStart"/>
      <w:r w:rsidR="00502B7B">
        <w:rPr>
          <w:lang w:val="ru-RU"/>
        </w:rPr>
        <w:t>корупційних</w:t>
      </w:r>
      <w:proofErr w:type="spellEnd"/>
      <w:r w:rsidR="00502B7B">
        <w:rPr>
          <w:lang w:val="ru-RU"/>
        </w:rPr>
        <w:t xml:space="preserve"> </w:t>
      </w:r>
      <w:proofErr w:type="spellStart"/>
      <w:r w:rsidR="00502B7B">
        <w:rPr>
          <w:lang w:val="ru-RU"/>
        </w:rPr>
        <w:t>ризиків</w:t>
      </w:r>
      <w:bookmarkStart w:id="0" w:name="_GoBack"/>
      <w:bookmarkEnd w:id="0"/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971"/>
        <w:gridCol w:w="1715"/>
        <w:gridCol w:w="2650"/>
        <w:gridCol w:w="1325"/>
        <w:gridCol w:w="1649"/>
        <w:gridCol w:w="1652"/>
      </w:tblGrid>
      <w:tr w:rsidR="00BA2247" w:rsidTr="00502B7B">
        <w:trPr>
          <w:jc w:val="center"/>
        </w:trPr>
        <w:tc>
          <w:tcPr>
            <w:tcW w:w="993" w:type="dxa"/>
            <w:shd w:val="clear" w:color="auto" w:fill="D9EAF7"/>
            <w:vAlign w:val="center"/>
          </w:tcPr>
          <w:p w:rsidR="00BA2247" w:rsidRDefault="002005B1">
            <w:r>
              <w:rPr>
                <w:b/>
                <w:sz w:val="17"/>
              </w:rPr>
              <w:t>№</w:t>
            </w:r>
          </w:p>
        </w:tc>
        <w:tc>
          <w:tcPr>
            <w:tcW w:w="1724" w:type="dxa"/>
            <w:shd w:val="clear" w:color="auto" w:fill="D9EAF7"/>
            <w:vAlign w:val="center"/>
          </w:tcPr>
          <w:p w:rsidR="00BA2247" w:rsidRDefault="002005B1">
            <w:r>
              <w:rPr>
                <w:b/>
                <w:sz w:val="17"/>
              </w:rPr>
              <w:t>Предмет моніторингу</w:t>
            </w:r>
          </w:p>
        </w:tc>
        <w:tc>
          <w:tcPr>
            <w:tcW w:w="2693" w:type="dxa"/>
            <w:shd w:val="clear" w:color="auto" w:fill="D9EAF7"/>
            <w:vAlign w:val="center"/>
          </w:tcPr>
          <w:p w:rsidR="00BA2247" w:rsidRDefault="002005B1">
            <w:r>
              <w:rPr>
                <w:b/>
                <w:sz w:val="17"/>
              </w:rPr>
              <w:t>Показники / критерії</w:t>
            </w:r>
          </w:p>
        </w:tc>
        <w:tc>
          <w:tcPr>
            <w:tcW w:w="1283" w:type="dxa"/>
            <w:shd w:val="clear" w:color="auto" w:fill="D9EAF7"/>
            <w:vAlign w:val="center"/>
          </w:tcPr>
          <w:p w:rsidR="00BA2247" w:rsidRDefault="002005B1">
            <w:r>
              <w:rPr>
                <w:b/>
                <w:sz w:val="17"/>
              </w:rPr>
              <w:t>Періодичність</w:t>
            </w:r>
          </w:p>
        </w:tc>
        <w:tc>
          <w:tcPr>
            <w:tcW w:w="1662" w:type="dxa"/>
            <w:shd w:val="clear" w:color="auto" w:fill="D9EAF7"/>
            <w:vAlign w:val="center"/>
          </w:tcPr>
          <w:p w:rsidR="00BA2247" w:rsidRDefault="002005B1">
            <w:r>
              <w:rPr>
                <w:b/>
                <w:sz w:val="17"/>
              </w:rPr>
              <w:t>Відповідальні</w:t>
            </w:r>
          </w:p>
        </w:tc>
        <w:tc>
          <w:tcPr>
            <w:tcW w:w="1662" w:type="dxa"/>
            <w:shd w:val="clear" w:color="auto" w:fill="D9EAF7"/>
            <w:vAlign w:val="center"/>
          </w:tcPr>
          <w:p w:rsidR="00BA2247" w:rsidRDefault="002005B1">
            <w:r>
              <w:rPr>
                <w:b/>
                <w:sz w:val="17"/>
              </w:rPr>
              <w:t>Результат</w:t>
            </w:r>
          </w:p>
        </w:tc>
      </w:tr>
      <w:tr w:rsidR="00BA2247" w:rsidTr="00502B7B">
        <w:trPr>
          <w:jc w:val="center"/>
        </w:trPr>
        <w:tc>
          <w:tcPr>
            <w:tcW w:w="993" w:type="dxa"/>
            <w:vAlign w:val="center"/>
          </w:tcPr>
          <w:p w:rsidR="00BA2247" w:rsidRDefault="002005B1">
            <w:r>
              <w:rPr>
                <w:sz w:val="17"/>
              </w:rPr>
              <w:t>1</w:t>
            </w:r>
          </w:p>
        </w:tc>
        <w:tc>
          <w:tcPr>
            <w:tcW w:w="1724" w:type="dxa"/>
            <w:vAlign w:val="center"/>
          </w:tcPr>
          <w:p w:rsidR="00BA2247" w:rsidRDefault="002005B1">
            <w:r>
              <w:rPr>
                <w:sz w:val="17"/>
              </w:rPr>
              <w:t>Виконання заходів Програми</w:t>
            </w:r>
          </w:p>
        </w:tc>
        <w:tc>
          <w:tcPr>
            <w:tcW w:w="2693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proofErr w:type="spellStart"/>
            <w:r w:rsidRPr="00502B7B">
              <w:rPr>
                <w:sz w:val="17"/>
                <w:lang w:val="ru-RU"/>
              </w:rPr>
              <w:t>частка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виконаних</w:t>
            </w:r>
            <w:proofErr w:type="spellEnd"/>
            <w:r w:rsidRPr="00502B7B">
              <w:rPr>
                <w:sz w:val="17"/>
                <w:lang w:val="ru-RU"/>
              </w:rPr>
              <w:t xml:space="preserve">, </w:t>
            </w:r>
            <w:proofErr w:type="spellStart"/>
            <w:r w:rsidRPr="00502B7B">
              <w:rPr>
                <w:sz w:val="17"/>
                <w:lang w:val="ru-RU"/>
              </w:rPr>
              <w:t>частково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вико</w:t>
            </w:r>
            <w:r w:rsidRPr="00502B7B">
              <w:rPr>
                <w:sz w:val="17"/>
                <w:lang w:val="ru-RU"/>
              </w:rPr>
              <w:t>наних</w:t>
            </w:r>
            <w:proofErr w:type="spellEnd"/>
            <w:r w:rsidRPr="00502B7B">
              <w:rPr>
                <w:sz w:val="17"/>
                <w:lang w:val="ru-RU"/>
              </w:rPr>
              <w:t xml:space="preserve"> та </w:t>
            </w:r>
            <w:proofErr w:type="spellStart"/>
            <w:r w:rsidRPr="00502B7B">
              <w:rPr>
                <w:sz w:val="17"/>
                <w:lang w:val="ru-RU"/>
              </w:rPr>
              <w:t>невиконаних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заходів</w:t>
            </w:r>
            <w:proofErr w:type="spellEnd"/>
          </w:p>
        </w:tc>
        <w:tc>
          <w:tcPr>
            <w:tcW w:w="1283" w:type="dxa"/>
            <w:vAlign w:val="center"/>
          </w:tcPr>
          <w:p w:rsidR="00BA2247" w:rsidRDefault="002005B1">
            <w:proofErr w:type="spellStart"/>
            <w:r>
              <w:rPr>
                <w:sz w:val="17"/>
              </w:rPr>
              <w:t>Щопівроку</w:t>
            </w:r>
            <w:proofErr w:type="spellEnd"/>
          </w:p>
        </w:tc>
        <w:tc>
          <w:tcPr>
            <w:tcW w:w="1662" w:type="dxa"/>
            <w:vAlign w:val="center"/>
          </w:tcPr>
          <w:p w:rsidR="00BA2247" w:rsidRDefault="002005B1">
            <w:r>
              <w:rPr>
                <w:sz w:val="17"/>
              </w:rPr>
              <w:t>Відділ з питань запобігання та виявлення корупції; відповідальні підрозділи</w:t>
            </w:r>
          </w:p>
        </w:tc>
        <w:tc>
          <w:tcPr>
            <w:tcW w:w="1662" w:type="dxa"/>
            <w:vAlign w:val="center"/>
          </w:tcPr>
          <w:p w:rsidR="00BA2247" w:rsidRDefault="002005B1">
            <w:r>
              <w:rPr>
                <w:sz w:val="17"/>
              </w:rPr>
              <w:t>Звіт/довідка</w:t>
            </w:r>
          </w:p>
        </w:tc>
      </w:tr>
      <w:tr w:rsidR="00BA2247" w:rsidTr="00502B7B">
        <w:trPr>
          <w:jc w:val="center"/>
        </w:trPr>
        <w:tc>
          <w:tcPr>
            <w:tcW w:w="993" w:type="dxa"/>
            <w:vAlign w:val="center"/>
          </w:tcPr>
          <w:p w:rsidR="00BA2247" w:rsidRDefault="002005B1">
            <w:r>
              <w:rPr>
                <w:sz w:val="17"/>
              </w:rPr>
              <w:t>2</w:t>
            </w:r>
          </w:p>
        </w:tc>
        <w:tc>
          <w:tcPr>
            <w:tcW w:w="1724" w:type="dxa"/>
            <w:vAlign w:val="center"/>
          </w:tcPr>
          <w:p w:rsidR="00BA2247" w:rsidRDefault="002005B1">
            <w:r>
              <w:rPr>
                <w:sz w:val="17"/>
              </w:rPr>
              <w:t>Результативність заходів впливу</w:t>
            </w:r>
          </w:p>
        </w:tc>
        <w:tc>
          <w:tcPr>
            <w:tcW w:w="2693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proofErr w:type="spellStart"/>
            <w:r w:rsidRPr="00502B7B">
              <w:rPr>
                <w:sz w:val="17"/>
                <w:lang w:val="ru-RU"/>
              </w:rPr>
              <w:t>зміна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рівня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відповідного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ризику</w:t>
            </w:r>
            <w:proofErr w:type="spellEnd"/>
            <w:r w:rsidRPr="00502B7B">
              <w:rPr>
                <w:sz w:val="17"/>
                <w:lang w:val="ru-RU"/>
              </w:rPr>
              <w:t xml:space="preserve">; </w:t>
            </w:r>
            <w:proofErr w:type="spellStart"/>
            <w:r w:rsidRPr="00502B7B">
              <w:rPr>
                <w:sz w:val="17"/>
                <w:lang w:val="ru-RU"/>
              </w:rPr>
              <w:t>досягнення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очікуваного</w:t>
            </w:r>
            <w:proofErr w:type="spellEnd"/>
            <w:r w:rsidRPr="00502B7B">
              <w:rPr>
                <w:sz w:val="17"/>
                <w:lang w:val="ru-RU"/>
              </w:rPr>
              <w:t xml:space="preserve"> результату</w:t>
            </w:r>
          </w:p>
        </w:tc>
        <w:tc>
          <w:tcPr>
            <w:tcW w:w="1283" w:type="dxa"/>
            <w:vAlign w:val="center"/>
          </w:tcPr>
          <w:p w:rsidR="00BA2247" w:rsidRDefault="002005B1">
            <w:proofErr w:type="spellStart"/>
            <w:r>
              <w:rPr>
                <w:sz w:val="17"/>
              </w:rPr>
              <w:t>Щороку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потреби</w:t>
            </w:r>
            <w:proofErr w:type="spellEnd"/>
          </w:p>
        </w:tc>
        <w:tc>
          <w:tcPr>
            <w:tcW w:w="1662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proofErr w:type="spellStart"/>
            <w:r w:rsidRPr="00502B7B">
              <w:rPr>
                <w:sz w:val="17"/>
                <w:lang w:val="ru-RU"/>
              </w:rPr>
              <w:t>Відділ</w:t>
            </w:r>
            <w:proofErr w:type="spellEnd"/>
            <w:r w:rsidRPr="00502B7B">
              <w:rPr>
                <w:sz w:val="17"/>
                <w:lang w:val="ru-RU"/>
              </w:rPr>
              <w:t xml:space="preserve"> з </w:t>
            </w:r>
            <w:proofErr w:type="spellStart"/>
            <w:r w:rsidRPr="00502B7B">
              <w:rPr>
                <w:sz w:val="17"/>
                <w:lang w:val="ru-RU"/>
              </w:rPr>
              <w:t>питань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запобігання</w:t>
            </w:r>
            <w:proofErr w:type="spellEnd"/>
            <w:r w:rsidRPr="00502B7B">
              <w:rPr>
                <w:sz w:val="17"/>
                <w:lang w:val="ru-RU"/>
              </w:rPr>
              <w:t xml:space="preserve"> та </w:t>
            </w:r>
            <w:proofErr w:type="spellStart"/>
            <w:r w:rsidRPr="00502B7B">
              <w:rPr>
                <w:sz w:val="17"/>
                <w:lang w:val="ru-RU"/>
              </w:rPr>
              <w:t>виявлення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корупції</w:t>
            </w:r>
            <w:proofErr w:type="spellEnd"/>
          </w:p>
        </w:tc>
        <w:tc>
          <w:tcPr>
            <w:tcW w:w="1662" w:type="dxa"/>
            <w:vAlign w:val="center"/>
          </w:tcPr>
          <w:p w:rsidR="00BA2247" w:rsidRDefault="002005B1">
            <w:proofErr w:type="spellStart"/>
            <w:r>
              <w:rPr>
                <w:sz w:val="17"/>
              </w:rPr>
              <w:t>Пропозиції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щодо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коригування</w:t>
            </w:r>
            <w:proofErr w:type="spellEnd"/>
          </w:p>
        </w:tc>
      </w:tr>
      <w:tr w:rsidR="00BA2247" w:rsidTr="00502B7B">
        <w:trPr>
          <w:jc w:val="center"/>
        </w:trPr>
        <w:tc>
          <w:tcPr>
            <w:tcW w:w="993" w:type="dxa"/>
            <w:vAlign w:val="center"/>
          </w:tcPr>
          <w:p w:rsidR="00BA2247" w:rsidRDefault="002005B1">
            <w:r>
              <w:rPr>
                <w:sz w:val="17"/>
              </w:rPr>
              <w:t>3</w:t>
            </w:r>
          </w:p>
        </w:tc>
        <w:tc>
          <w:tcPr>
            <w:tcW w:w="1724" w:type="dxa"/>
            <w:vAlign w:val="center"/>
          </w:tcPr>
          <w:p w:rsidR="00BA2247" w:rsidRDefault="002005B1">
            <w:r>
              <w:rPr>
                <w:sz w:val="17"/>
              </w:rPr>
              <w:t>Динаміка корупційних ризиків</w:t>
            </w:r>
          </w:p>
        </w:tc>
        <w:tc>
          <w:tcPr>
            <w:tcW w:w="2693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proofErr w:type="spellStart"/>
            <w:r w:rsidRPr="00502B7B">
              <w:rPr>
                <w:sz w:val="17"/>
                <w:lang w:val="ru-RU"/>
              </w:rPr>
              <w:t>нові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ризики</w:t>
            </w:r>
            <w:proofErr w:type="spellEnd"/>
            <w:r w:rsidRPr="00502B7B">
              <w:rPr>
                <w:sz w:val="17"/>
                <w:lang w:val="ru-RU"/>
              </w:rPr>
              <w:t xml:space="preserve">; </w:t>
            </w:r>
            <w:proofErr w:type="spellStart"/>
            <w:r w:rsidRPr="00502B7B">
              <w:rPr>
                <w:sz w:val="17"/>
                <w:lang w:val="ru-RU"/>
              </w:rPr>
              <w:t>зміна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ймовірності</w:t>
            </w:r>
            <w:proofErr w:type="spellEnd"/>
            <w:r w:rsidRPr="00502B7B">
              <w:rPr>
                <w:sz w:val="17"/>
                <w:lang w:val="ru-RU"/>
              </w:rPr>
              <w:t xml:space="preserve">, </w:t>
            </w:r>
            <w:proofErr w:type="spellStart"/>
            <w:r w:rsidRPr="00502B7B">
              <w:rPr>
                <w:sz w:val="17"/>
                <w:lang w:val="ru-RU"/>
              </w:rPr>
              <w:t>впливу</w:t>
            </w:r>
            <w:proofErr w:type="spellEnd"/>
            <w:r w:rsidRPr="00502B7B">
              <w:rPr>
                <w:sz w:val="17"/>
                <w:lang w:val="ru-RU"/>
              </w:rPr>
              <w:t xml:space="preserve"> та </w:t>
            </w:r>
            <w:proofErr w:type="spellStart"/>
            <w:r w:rsidRPr="00502B7B">
              <w:rPr>
                <w:sz w:val="17"/>
                <w:lang w:val="ru-RU"/>
              </w:rPr>
              <w:t>залишкового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рівня</w:t>
            </w:r>
            <w:proofErr w:type="spellEnd"/>
          </w:p>
        </w:tc>
        <w:tc>
          <w:tcPr>
            <w:tcW w:w="1283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proofErr w:type="spellStart"/>
            <w:r w:rsidRPr="00502B7B">
              <w:rPr>
                <w:sz w:val="17"/>
                <w:lang w:val="ru-RU"/>
              </w:rPr>
              <w:t>Щороку</w:t>
            </w:r>
            <w:proofErr w:type="spellEnd"/>
            <w:r w:rsidRPr="00502B7B">
              <w:rPr>
                <w:sz w:val="17"/>
                <w:lang w:val="ru-RU"/>
              </w:rPr>
              <w:t xml:space="preserve"> та у </w:t>
            </w:r>
            <w:proofErr w:type="spellStart"/>
            <w:r w:rsidRPr="00502B7B">
              <w:rPr>
                <w:sz w:val="17"/>
                <w:lang w:val="ru-RU"/>
              </w:rPr>
              <w:t>разі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істотних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змін</w:t>
            </w:r>
            <w:proofErr w:type="spellEnd"/>
          </w:p>
        </w:tc>
        <w:tc>
          <w:tcPr>
            <w:tcW w:w="1662" w:type="dxa"/>
            <w:vAlign w:val="center"/>
          </w:tcPr>
          <w:p w:rsidR="00BA2247" w:rsidRDefault="002005B1">
            <w:proofErr w:type="spellStart"/>
            <w:r>
              <w:rPr>
                <w:sz w:val="17"/>
              </w:rPr>
              <w:t>Відділ</w:t>
            </w:r>
            <w:proofErr w:type="spellEnd"/>
            <w:r>
              <w:rPr>
                <w:sz w:val="17"/>
              </w:rPr>
              <w:t xml:space="preserve">; </w:t>
            </w:r>
            <w:proofErr w:type="spellStart"/>
            <w:r>
              <w:rPr>
                <w:sz w:val="17"/>
              </w:rPr>
              <w:t>структурні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підрозділи</w:t>
            </w:r>
            <w:proofErr w:type="spellEnd"/>
          </w:p>
        </w:tc>
        <w:tc>
          <w:tcPr>
            <w:tcW w:w="1662" w:type="dxa"/>
            <w:vAlign w:val="center"/>
          </w:tcPr>
          <w:p w:rsidR="00BA2247" w:rsidRDefault="002005B1">
            <w:r>
              <w:rPr>
                <w:sz w:val="17"/>
              </w:rPr>
              <w:t>Актуалізований Реєстр</w:t>
            </w:r>
          </w:p>
        </w:tc>
      </w:tr>
      <w:tr w:rsidR="00BA2247" w:rsidTr="00502B7B">
        <w:trPr>
          <w:jc w:val="center"/>
        </w:trPr>
        <w:tc>
          <w:tcPr>
            <w:tcW w:w="993" w:type="dxa"/>
            <w:vAlign w:val="center"/>
          </w:tcPr>
          <w:p w:rsidR="00BA2247" w:rsidRDefault="002005B1">
            <w:r>
              <w:rPr>
                <w:sz w:val="17"/>
              </w:rPr>
              <w:t>4</w:t>
            </w:r>
          </w:p>
        </w:tc>
        <w:tc>
          <w:tcPr>
            <w:tcW w:w="1724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proofErr w:type="spellStart"/>
            <w:r w:rsidRPr="00502B7B">
              <w:rPr>
                <w:sz w:val="17"/>
                <w:lang w:val="ru-RU"/>
              </w:rPr>
              <w:t>Рекомендації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внутрішнього</w:t>
            </w:r>
            <w:proofErr w:type="spellEnd"/>
            <w:r w:rsidRPr="00502B7B">
              <w:rPr>
                <w:sz w:val="17"/>
                <w:lang w:val="ru-RU"/>
              </w:rPr>
              <w:t xml:space="preserve"> аудиту та </w:t>
            </w:r>
            <w:proofErr w:type="spellStart"/>
            <w:r w:rsidRPr="00502B7B">
              <w:rPr>
                <w:sz w:val="17"/>
                <w:lang w:val="ru-RU"/>
              </w:rPr>
              <w:t>інших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контрольних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заходів</w:t>
            </w:r>
            <w:proofErr w:type="spellEnd"/>
          </w:p>
        </w:tc>
        <w:tc>
          <w:tcPr>
            <w:tcW w:w="2693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proofErr w:type="spellStart"/>
            <w:r w:rsidRPr="00502B7B">
              <w:rPr>
                <w:sz w:val="17"/>
                <w:lang w:val="ru-RU"/>
              </w:rPr>
              <w:t>кількість</w:t>
            </w:r>
            <w:proofErr w:type="spellEnd"/>
            <w:r w:rsidRPr="00502B7B">
              <w:rPr>
                <w:sz w:val="17"/>
                <w:lang w:val="ru-RU"/>
              </w:rPr>
              <w:t xml:space="preserve"> і </w:t>
            </w:r>
            <w:proofErr w:type="spellStart"/>
            <w:r w:rsidRPr="00502B7B">
              <w:rPr>
                <w:sz w:val="17"/>
                <w:lang w:val="ru-RU"/>
              </w:rPr>
              <w:t>частка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виконаних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рекомендацій</w:t>
            </w:r>
            <w:proofErr w:type="spellEnd"/>
            <w:r w:rsidRPr="00502B7B">
              <w:rPr>
                <w:sz w:val="17"/>
                <w:lang w:val="ru-RU"/>
              </w:rPr>
              <w:t xml:space="preserve">; </w:t>
            </w:r>
            <w:proofErr w:type="spellStart"/>
            <w:r w:rsidRPr="00502B7B">
              <w:rPr>
                <w:sz w:val="17"/>
                <w:lang w:val="ru-RU"/>
              </w:rPr>
              <w:t>повторюваність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недоліків</w:t>
            </w:r>
            <w:proofErr w:type="spellEnd"/>
          </w:p>
        </w:tc>
        <w:tc>
          <w:tcPr>
            <w:tcW w:w="1283" w:type="dxa"/>
            <w:vAlign w:val="center"/>
          </w:tcPr>
          <w:p w:rsidR="00BA2247" w:rsidRDefault="002005B1">
            <w:proofErr w:type="spellStart"/>
            <w:r>
              <w:rPr>
                <w:sz w:val="17"/>
              </w:rPr>
              <w:t>Щопівроку</w:t>
            </w:r>
            <w:proofErr w:type="spellEnd"/>
          </w:p>
        </w:tc>
        <w:tc>
          <w:tcPr>
            <w:tcW w:w="1662" w:type="dxa"/>
            <w:vAlign w:val="center"/>
          </w:tcPr>
          <w:p w:rsidR="00BA2247" w:rsidRDefault="002005B1">
            <w:r>
              <w:rPr>
                <w:sz w:val="17"/>
              </w:rPr>
              <w:t>Відділ; підрозділ внутрішнього аудиту</w:t>
            </w:r>
          </w:p>
        </w:tc>
        <w:tc>
          <w:tcPr>
            <w:tcW w:w="1662" w:type="dxa"/>
            <w:vAlign w:val="center"/>
          </w:tcPr>
          <w:p w:rsidR="00BA2247" w:rsidRDefault="002005B1">
            <w:r>
              <w:rPr>
                <w:sz w:val="17"/>
              </w:rPr>
              <w:t>Аналітична довідка</w:t>
            </w:r>
          </w:p>
        </w:tc>
      </w:tr>
      <w:tr w:rsidR="00BA2247" w:rsidTr="00502B7B">
        <w:trPr>
          <w:jc w:val="center"/>
        </w:trPr>
        <w:tc>
          <w:tcPr>
            <w:tcW w:w="993" w:type="dxa"/>
            <w:vAlign w:val="center"/>
          </w:tcPr>
          <w:p w:rsidR="00BA2247" w:rsidRDefault="002005B1">
            <w:r>
              <w:rPr>
                <w:sz w:val="17"/>
              </w:rPr>
              <w:t>5</w:t>
            </w:r>
          </w:p>
        </w:tc>
        <w:tc>
          <w:tcPr>
            <w:tcW w:w="1724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proofErr w:type="spellStart"/>
            <w:r w:rsidRPr="00502B7B">
              <w:rPr>
                <w:sz w:val="17"/>
                <w:lang w:val="ru-RU"/>
              </w:rPr>
              <w:t>Повідомлення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викривачів</w:t>
            </w:r>
            <w:proofErr w:type="spellEnd"/>
            <w:r w:rsidRPr="00502B7B">
              <w:rPr>
                <w:sz w:val="17"/>
                <w:lang w:val="ru-RU"/>
              </w:rPr>
              <w:t xml:space="preserve"> та </w:t>
            </w:r>
            <w:proofErr w:type="spellStart"/>
            <w:r w:rsidRPr="00502B7B">
              <w:rPr>
                <w:sz w:val="17"/>
                <w:lang w:val="ru-RU"/>
              </w:rPr>
              <w:t>інші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повідомлення</w:t>
            </w:r>
            <w:proofErr w:type="spellEnd"/>
          </w:p>
        </w:tc>
        <w:tc>
          <w:tcPr>
            <w:tcW w:w="2693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proofErr w:type="spellStart"/>
            <w:r w:rsidRPr="00502B7B">
              <w:rPr>
                <w:sz w:val="17"/>
                <w:lang w:val="ru-RU"/>
              </w:rPr>
              <w:t>кількість</w:t>
            </w:r>
            <w:proofErr w:type="spellEnd"/>
            <w:r w:rsidRPr="00502B7B">
              <w:rPr>
                <w:sz w:val="17"/>
                <w:lang w:val="ru-RU"/>
              </w:rPr>
              <w:t xml:space="preserve">, </w:t>
            </w:r>
            <w:proofErr w:type="spellStart"/>
            <w:r w:rsidRPr="00502B7B">
              <w:rPr>
                <w:sz w:val="17"/>
                <w:lang w:val="ru-RU"/>
              </w:rPr>
              <w:t>результати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розгляду</w:t>
            </w:r>
            <w:proofErr w:type="spellEnd"/>
            <w:r w:rsidRPr="00502B7B">
              <w:rPr>
                <w:sz w:val="17"/>
                <w:lang w:val="ru-RU"/>
              </w:rPr>
              <w:t xml:space="preserve">, </w:t>
            </w:r>
            <w:proofErr w:type="spellStart"/>
            <w:r w:rsidRPr="00502B7B">
              <w:rPr>
                <w:sz w:val="17"/>
                <w:lang w:val="ru-RU"/>
              </w:rPr>
              <w:t>системні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проблеми</w:t>
            </w:r>
            <w:proofErr w:type="spellEnd"/>
          </w:p>
        </w:tc>
        <w:tc>
          <w:tcPr>
            <w:tcW w:w="1283" w:type="dxa"/>
            <w:vAlign w:val="center"/>
          </w:tcPr>
          <w:p w:rsidR="00BA2247" w:rsidRDefault="002005B1">
            <w:proofErr w:type="spellStart"/>
            <w:r>
              <w:rPr>
                <w:sz w:val="17"/>
              </w:rPr>
              <w:t>Щопівроку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потреби</w:t>
            </w:r>
            <w:proofErr w:type="spellEnd"/>
          </w:p>
        </w:tc>
        <w:tc>
          <w:tcPr>
            <w:tcW w:w="1662" w:type="dxa"/>
            <w:vAlign w:val="center"/>
          </w:tcPr>
          <w:p w:rsidR="00BA2247" w:rsidRDefault="002005B1">
            <w:r>
              <w:rPr>
                <w:sz w:val="17"/>
              </w:rPr>
              <w:t>Відділ; уповноважені особи</w:t>
            </w:r>
          </w:p>
        </w:tc>
        <w:tc>
          <w:tcPr>
            <w:tcW w:w="1662" w:type="dxa"/>
            <w:vAlign w:val="center"/>
          </w:tcPr>
          <w:p w:rsidR="00BA2247" w:rsidRDefault="002005B1">
            <w:r>
              <w:rPr>
                <w:sz w:val="17"/>
              </w:rPr>
              <w:t>Аналітична довідка</w:t>
            </w:r>
          </w:p>
        </w:tc>
      </w:tr>
      <w:tr w:rsidR="00BA2247" w:rsidTr="00502B7B">
        <w:trPr>
          <w:jc w:val="center"/>
        </w:trPr>
        <w:tc>
          <w:tcPr>
            <w:tcW w:w="993" w:type="dxa"/>
            <w:vAlign w:val="center"/>
          </w:tcPr>
          <w:p w:rsidR="00BA2247" w:rsidRDefault="002005B1">
            <w:r>
              <w:rPr>
                <w:sz w:val="17"/>
              </w:rPr>
              <w:t>6</w:t>
            </w:r>
          </w:p>
        </w:tc>
        <w:tc>
          <w:tcPr>
            <w:tcW w:w="1724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proofErr w:type="spellStart"/>
            <w:r w:rsidRPr="00502B7B">
              <w:rPr>
                <w:sz w:val="17"/>
                <w:lang w:val="ru-RU"/>
              </w:rPr>
              <w:t>Службові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розслідування</w:t>
            </w:r>
            <w:proofErr w:type="spellEnd"/>
            <w:r w:rsidRPr="00502B7B">
              <w:rPr>
                <w:sz w:val="17"/>
                <w:lang w:val="ru-RU"/>
              </w:rPr>
              <w:t xml:space="preserve">, </w:t>
            </w:r>
            <w:proofErr w:type="spellStart"/>
            <w:r w:rsidRPr="00502B7B">
              <w:rPr>
                <w:sz w:val="17"/>
                <w:lang w:val="ru-RU"/>
              </w:rPr>
              <w:t>перевірки</w:t>
            </w:r>
            <w:proofErr w:type="spellEnd"/>
            <w:r w:rsidRPr="00502B7B">
              <w:rPr>
                <w:sz w:val="17"/>
                <w:lang w:val="ru-RU"/>
              </w:rPr>
              <w:t xml:space="preserve"> та </w:t>
            </w:r>
            <w:proofErr w:type="spellStart"/>
            <w:r w:rsidRPr="00502B7B">
              <w:rPr>
                <w:sz w:val="17"/>
                <w:lang w:val="ru-RU"/>
              </w:rPr>
              <w:t>судове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оскарження</w:t>
            </w:r>
            <w:proofErr w:type="spellEnd"/>
          </w:p>
        </w:tc>
        <w:tc>
          <w:tcPr>
            <w:tcW w:w="2693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proofErr w:type="spellStart"/>
            <w:r w:rsidRPr="00502B7B">
              <w:rPr>
                <w:sz w:val="17"/>
                <w:lang w:val="ru-RU"/>
              </w:rPr>
              <w:t>встановлені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порушення</w:t>
            </w:r>
            <w:proofErr w:type="spellEnd"/>
            <w:r w:rsidRPr="00502B7B">
              <w:rPr>
                <w:sz w:val="17"/>
                <w:lang w:val="ru-RU"/>
              </w:rPr>
              <w:t xml:space="preserve">, </w:t>
            </w:r>
            <w:proofErr w:type="spellStart"/>
            <w:r w:rsidRPr="00502B7B">
              <w:rPr>
                <w:sz w:val="17"/>
                <w:lang w:val="ru-RU"/>
              </w:rPr>
              <w:t>повторюваність</w:t>
            </w:r>
            <w:proofErr w:type="spellEnd"/>
            <w:r w:rsidRPr="00502B7B">
              <w:rPr>
                <w:sz w:val="17"/>
                <w:lang w:val="ru-RU"/>
              </w:rPr>
              <w:t xml:space="preserve"> причин, </w:t>
            </w:r>
            <w:proofErr w:type="spellStart"/>
            <w:r w:rsidRPr="00502B7B">
              <w:rPr>
                <w:sz w:val="17"/>
                <w:lang w:val="ru-RU"/>
              </w:rPr>
              <w:t>судові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рішення</w:t>
            </w:r>
            <w:proofErr w:type="spellEnd"/>
          </w:p>
        </w:tc>
        <w:tc>
          <w:tcPr>
            <w:tcW w:w="1283" w:type="dxa"/>
            <w:vAlign w:val="center"/>
          </w:tcPr>
          <w:p w:rsidR="00BA2247" w:rsidRDefault="002005B1">
            <w:proofErr w:type="spellStart"/>
            <w:r>
              <w:rPr>
                <w:sz w:val="17"/>
              </w:rPr>
              <w:t>Щопівроку</w:t>
            </w:r>
            <w:proofErr w:type="spellEnd"/>
          </w:p>
        </w:tc>
        <w:tc>
          <w:tcPr>
            <w:tcW w:w="1662" w:type="dxa"/>
            <w:vAlign w:val="center"/>
          </w:tcPr>
          <w:p w:rsidR="00BA2247" w:rsidRDefault="002005B1">
            <w:r>
              <w:rPr>
                <w:sz w:val="17"/>
              </w:rPr>
              <w:t>Відділ; юридична с</w:t>
            </w:r>
            <w:r>
              <w:rPr>
                <w:sz w:val="17"/>
              </w:rPr>
              <w:t>лужба; відповідні підрозділи</w:t>
            </w:r>
          </w:p>
        </w:tc>
        <w:tc>
          <w:tcPr>
            <w:tcW w:w="1662" w:type="dxa"/>
            <w:vAlign w:val="center"/>
          </w:tcPr>
          <w:p w:rsidR="00BA2247" w:rsidRDefault="002005B1">
            <w:r>
              <w:rPr>
                <w:sz w:val="17"/>
              </w:rPr>
              <w:t>Аналітична довідка</w:t>
            </w:r>
          </w:p>
        </w:tc>
      </w:tr>
      <w:tr w:rsidR="00BA2247" w:rsidTr="00502B7B">
        <w:trPr>
          <w:jc w:val="center"/>
        </w:trPr>
        <w:tc>
          <w:tcPr>
            <w:tcW w:w="993" w:type="dxa"/>
            <w:vAlign w:val="center"/>
          </w:tcPr>
          <w:p w:rsidR="00BA2247" w:rsidRDefault="002005B1">
            <w:r>
              <w:rPr>
                <w:sz w:val="17"/>
              </w:rPr>
              <w:t>7</w:t>
            </w:r>
          </w:p>
        </w:tc>
        <w:tc>
          <w:tcPr>
            <w:tcW w:w="1724" w:type="dxa"/>
            <w:vAlign w:val="center"/>
          </w:tcPr>
          <w:p w:rsidR="00BA2247" w:rsidRDefault="002005B1">
            <w:r>
              <w:rPr>
                <w:sz w:val="17"/>
              </w:rPr>
              <w:t>Антикорупційне навчання</w:t>
            </w:r>
          </w:p>
        </w:tc>
        <w:tc>
          <w:tcPr>
            <w:tcW w:w="2693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proofErr w:type="spellStart"/>
            <w:r w:rsidRPr="00502B7B">
              <w:rPr>
                <w:sz w:val="17"/>
                <w:lang w:val="ru-RU"/>
              </w:rPr>
              <w:t>охоплення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працівників</w:t>
            </w:r>
            <w:proofErr w:type="spellEnd"/>
            <w:r w:rsidRPr="00502B7B">
              <w:rPr>
                <w:sz w:val="17"/>
                <w:lang w:val="ru-RU"/>
              </w:rPr>
              <w:t xml:space="preserve">; </w:t>
            </w:r>
            <w:proofErr w:type="spellStart"/>
            <w:r w:rsidRPr="00502B7B">
              <w:rPr>
                <w:sz w:val="17"/>
                <w:lang w:val="ru-RU"/>
              </w:rPr>
              <w:t>кількість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заходів</w:t>
            </w:r>
            <w:proofErr w:type="spellEnd"/>
            <w:r w:rsidRPr="00502B7B">
              <w:rPr>
                <w:sz w:val="17"/>
                <w:lang w:val="ru-RU"/>
              </w:rPr>
              <w:t xml:space="preserve">; </w:t>
            </w:r>
            <w:proofErr w:type="spellStart"/>
            <w:r w:rsidRPr="00502B7B">
              <w:rPr>
                <w:sz w:val="17"/>
                <w:lang w:val="ru-RU"/>
              </w:rPr>
              <w:t>результати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оцінювання</w:t>
            </w:r>
            <w:proofErr w:type="spellEnd"/>
          </w:p>
        </w:tc>
        <w:tc>
          <w:tcPr>
            <w:tcW w:w="1283" w:type="dxa"/>
            <w:vAlign w:val="center"/>
          </w:tcPr>
          <w:p w:rsidR="00BA2247" w:rsidRDefault="002005B1">
            <w:proofErr w:type="spellStart"/>
            <w:r>
              <w:rPr>
                <w:sz w:val="17"/>
              </w:rPr>
              <w:t>Щороку</w:t>
            </w:r>
            <w:proofErr w:type="spellEnd"/>
          </w:p>
        </w:tc>
        <w:tc>
          <w:tcPr>
            <w:tcW w:w="1662" w:type="dxa"/>
            <w:vAlign w:val="center"/>
          </w:tcPr>
          <w:p w:rsidR="00BA2247" w:rsidRDefault="002005B1">
            <w:r>
              <w:rPr>
                <w:sz w:val="17"/>
              </w:rPr>
              <w:t>Відділ; кадровий підрозділ</w:t>
            </w:r>
          </w:p>
        </w:tc>
        <w:tc>
          <w:tcPr>
            <w:tcW w:w="1662" w:type="dxa"/>
            <w:vAlign w:val="center"/>
          </w:tcPr>
          <w:p w:rsidR="00BA2247" w:rsidRDefault="002005B1">
            <w:r>
              <w:rPr>
                <w:sz w:val="17"/>
              </w:rPr>
              <w:t>Звіт</w:t>
            </w:r>
          </w:p>
        </w:tc>
      </w:tr>
      <w:tr w:rsidR="00BA2247" w:rsidTr="00502B7B">
        <w:trPr>
          <w:jc w:val="center"/>
        </w:trPr>
        <w:tc>
          <w:tcPr>
            <w:tcW w:w="993" w:type="dxa"/>
            <w:vAlign w:val="center"/>
          </w:tcPr>
          <w:p w:rsidR="00BA2247" w:rsidRDefault="002005B1">
            <w:r>
              <w:rPr>
                <w:sz w:val="17"/>
              </w:rPr>
              <w:t>8</w:t>
            </w:r>
          </w:p>
        </w:tc>
        <w:tc>
          <w:tcPr>
            <w:tcW w:w="1724" w:type="dxa"/>
            <w:vAlign w:val="center"/>
          </w:tcPr>
          <w:p w:rsidR="00BA2247" w:rsidRDefault="002005B1">
            <w:r>
              <w:rPr>
                <w:sz w:val="17"/>
              </w:rPr>
              <w:t>Перегляд Програми</w:t>
            </w:r>
          </w:p>
        </w:tc>
        <w:tc>
          <w:tcPr>
            <w:tcW w:w="2693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proofErr w:type="spellStart"/>
            <w:r w:rsidRPr="00502B7B">
              <w:rPr>
                <w:sz w:val="17"/>
                <w:lang w:val="ru-RU"/>
              </w:rPr>
              <w:t>необхідність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змін</w:t>
            </w:r>
            <w:proofErr w:type="spellEnd"/>
            <w:r w:rsidRPr="00502B7B">
              <w:rPr>
                <w:sz w:val="17"/>
                <w:lang w:val="ru-RU"/>
              </w:rPr>
              <w:t xml:space="preserve"> через </w:t>
            </w:r>
            <w:proofErr w:type="spellStart"/>
            <w:r w:rsidRPr="00502B7B">
              <w:rPr>
                <w:sz w:val="17"/>
                <w:lang w:val="ru-RU"/>
              </w:rPr>
              <w:t>законодавство</w:t>
            </w:r>
            <w:proofErr w:type="spellEnd"/>
            <w:r w:rsidRPr="00502B7B">
              <w:rPr>
                <w:sz w:val="17"/>
                <w:lang w:val="ru-RU"/>
              </w:rPr>
              <w:t xml:space="preserve">, </w:t>
            </w:r>
            <w:proofErr w:type="spellStart"/>
            <w:r w:rsidRPr="00502B7B">
              <w:rPr>
                <w:sz w:val="17"/>
                <w:lang w:val="ru-RU"/>
              </w:rPr>
              <w:t>нові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функції</w:t>
            </w:r>
            <w:proofErr w:type="spellEnd"/>
            <w:r w:rsidRPr="00502B7B">
              <w:rPr>
                <w:sz w:val="17"/>
                <w:lang w:val="ru-RU"/>
              </w:rPr>
              <w:t xml:space="preserve">, </w:t>
            </w:r>
            <w:proofErr w:type="spellStart"/>
            <w:r w:rsidRPr="00502B7B">
              <w:rPr>
                <w:sz w:val="17"/>
                <w:lang w:val="ru-RU"/>
              </w:rPr>
              <w:t>ризики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або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недостатню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результативність</w:t>
            </w:r>
            <w:proofErr w:type="spellEnd"/>
          </w:p>
        </w:tc>
        <w:tc>
          <w:tcPr>
            <w:tcW w:w="1283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r w:rsidRPr="00502B7B">
              <w:rPr>
                <w:sz w:val="17"/>
                <w:lang w:val="ru-RU"/>
              </w:rPr>
              <w:t xml:space="preserve">Не </w:t>
            </w:r>
            <w:proofErr w:type="spellStart"/>
            <w:r w:rsidRPr="00502B7B">
              <w:rPr>
                <w:sz w:val="17"/>
                <w:lang w:val="ru-RU"/>
              </w:rPr>
              <w:t>рідше</w:t>
            </w:r>
            <w:proofErr w:type="spellEnd"/>
            <w:r w:rsidRPr="00502B7B">
              <w:rPr>
                <w:sz w:val="17"/>
                <w:lang w:val="ru-RU"/>
              </w:rPr>
              <w:t xml:space="preserve"> одного разу на </w:t>
            </w:r>
            <w:proofErr w:type="spellStart"/>
            <w:r w:rsidRPr="00502B7B">
              <w:rPr>
                <w:sz w:val="17"/>
                <w:lang w:val="ru-RU"/>
              </w:rPr>
              <w:t>рік</w:t>
            </w:r>
            <w:proofErr w:type="spellEnd"/>
            <w:r w:rsidRPr="00502B7B">
              <w:rPr>
                <w:sz w:val="17"/>
                <w:lang w:val="ru-RU"/>
              </w:rPr>
              <w:t xml:space="preserve"> та за потреби</w:t>
            </w:r>
          </w:p>
        </w:tc>
        <w:tc>
          <w:tcPr>
            <w:tcW w:w="1662" w:type="dxa"/>
            <w:vAlign w:val="center"/>
          </w:tcPr>
          <w:p w:rsidR="00BA2247" w:rsidRPr="00502B7B" w:rsidRDefault="002005B1">
            <w:pPr>
              <w:rPr>
                <w:lang w:val="ru-RU"/>
              </w:rPr>
            </w:pPr>
            <w:proofErr w:type="spellStart"/>
            <w:r w:rsidRPr="00502B7B">
              <w:rPr>
                <w:sz w:val="17"/>
                <w:lang w:val="ru-RU"/>
              </w:rPr>
              <w:t>Відділ</w:t>
            </w:r>
            <w:proofErr w:type="spellEnd"/>
            <w:r w:rsidRPr="00502B7B">
              <w:rPr>
                <w:sz w:val="17"/>
                <w:lang w:val="ru-RU"/>
              </w:rPr>
              <w:t xml:space="preserve"> з </w:t>
            </w:r>
            <w:proofErr w:type="spellStart"/>
            <w:r w:rsidRPr="00502B7B">
              <w:rPr>
                <w:sz w:val="17"/>
                <w:lang w:val="ru-RU"/>
              </w:rPr>
              <w:t>питань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запобігання</w:t>
            </w:r>
            <w:proofErr w:type="spellEnd"/>
            <w:r w:rsidRPr="00502B7B">
              <w:rPr>
                <w:sz w:val="17"/>
                <w:lang w:val="ru-RU"/>
              </w:rPr>
              <w:t xml:space="preserve"> та </w:t>
            </w:r>
            <w:proofErr w:type="spellStart"/>
            <w:r w:rsidRPr="00502B7B">
              <w:rPr>
                <w:sz w:val="17"/>
                <w:lang w:val="ru-RU"/>
              </w:rPr>
              <w:t>виявлення</w:t>
            </w:r>
            <w:proofErr w:type="spellEnd"/>
            <w:r w:rsidRPr="00502B7B">
              <w:rPr>
                <w:sz w:val="17"/>
                <w:lang w:val="ru-RU"/>
              </w:rPr>
              <w:t xml:space="preserve"> </w:t>
            </w:r>
            <w:proofErr w:type="spellStart"/>
            <w:r w:rsidRPr="00502B7B">
              <w:rPr>
                <w:sz w:val="17"/>
                <w:lang w:val="ru-RU"/>
              </w:rPr>
              <w:t>корупції</w:t>
            </w:r>
            <w:proofErr w:type="spellEnd"/>
          </w:p>
        </w:tc>
        <w:tc>
          <w:tcPr>
            <w:tcW w:w="1662" w:type="dxa"/>
            <w:vAlign w:val="center"/>
          </w:tcPr>
          <w:p w:rsidR="00BA2247" w:rsidRDefault="002005B1">
            <w:proofErr w:type="spellStart"/>
            <w:r>
              <w:rPr>
                <w:sz w:val="17"/>
              </w:rPr>
              <w:t>Проєкт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змін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Програми</w:t>
            </w:r>
            <w:proofErr w:type="spellEnd"/>
          </w:p>
        </w:tc>
      </w:tr>
    </w:tbl>
    <w:p w:rsidR="00000000" w:rsidRDefault="002005B1"/>
    <w:sectPr w:rsidR="00000000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005B1"/>
    <w:rsid w:val="0029639D"/>
    <w:rsid w:val="00326F90"/>
    <w:rsid w:val="00502B7B"/>
    <w:rsid w:val="00AA1D8D"/>
    <w:rsid w:val="00B47730"/>
    <w:rsid w:val="00BA224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2A9820"/>
  <w14:defaultImageDpi w14:val="300"/>
  <w15:docId w15:val="{5201B3E7-199E-4524-96C5-3D87E424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8899BF-A02D-443F-A201-451E4A04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1396</Words>
  <Characters>796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Den</cp:lastModifiedBy>
  <cp:revision>2</cp:revision>
  <dcterms:created xsi:type="dcterms:W3CDTF">2026-08-18T05:14:00Z</dcterms:created>
  <dcterms:modified xsi:type="dcterms:W3CDTF">2026-08-18T05:14:00Z</dcterms:modified>
  <cp:category/>
</cp:coreProperties>
</file>